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Sample DOCX</w:t>
      </w:r>
    </w:p>
    <w:p>
      <w:r>
        <w:t>This is a dummy file from files.placeholder.com, generated for upload, download and parser tests. All names, addresses and numbers in it are synthetic.</w:t>
      </w:r>
    </w:p>
    <w:p>
      <w:pPr>
        <w:pStyle w:val="Heading1"/>
      </w:pPr>
      <w:r>
        <w:t>Text</w:t>
      </w:r>
    </w:p>
    <w:p>
      <w:r>
        <w:t xml:space="preserve">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w:t>
      </w:r>
      <w:r>
        <w:rPr>
          <w:b/>
        </w:rPr>
        <w:t xml:space="preserve">Bold, </w:t>
      </w:r>
      <w:r>
        <w:rPr>
          <w:i/>
        </w:rPr>
        <w:t>italic</w:t>
      </w:r>
      <w:r>
        <w:t xml:space="preserve"> and Ünïcödé ✓.</w:t>
      </w:r>
    </w:p>
    <w:p>
      <w:pPr>
        <w:pStyle w:val="Heading1"/>
      </w:pPr>
      <w:r>
        <w:t>List</w:t>
      </w:r>
    </w:p>
    <w:p>
      <w:pPr>
        <w:pStyle w:val="ListBullet"/>
      </w:pPr>
      <w:r>
        <w:t>First item</w:t>
      </w:r>
    </w:p>
    <w:p>
      <w:pPr>
        <w:pStyle w:val="ListBullet"/>
      </w:pPr>
      <w:r>
        <w:t>Second item</w:t>
      </w:r>
    </w:p>
    <w:p>
      <w:pPr>
        <w:pStyle w:val="ListBullet"/>
      </w:pPr>
      <w:r>
        <w:t>Third item</w:t>
      </w:r>
    </w:p>
    <w:p>
      <w:pPr>
        <w:pStyle w:val="Heading1"/>
      </w:pPr>
      <w:r>
        <w:t>Table</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id</w:t>
            </w:r>
          </w:p>
        </w:tc>
        <w:tc>
          <w:tcPr>
            <w:tcW w:type="dxa" w:w="1728"/>
          </w:tcPr>
          <w:p>
            <w:r>
              <w:t>first_name</w:t>
            </w:r>
          </w:p>
        </w:tc>
        <w:tc>
          <w:tcPr>
            <w:tcW w:type="dxa" w:w="1728"/>
          </w:tcPr>
          <w:p>
            <w:r>
              <w:t>last_name</w:t>
            </w:r>
          </w:p>
        </w:tc>
        <w:tc>
          <w:tcPr>
            <w:tcW w:type="dxa" w:w="1728"/>
          </w:tcPr>
          <w:p>
            <w:r>
              <w:t>city</w:t>
            </w:r>
          </w:p>
        </w:tc>
        <w:tc>
          <w:tcPr>
            <w:tcW w:type="dxa" w:w="1728"/>
          </w:tcPr>
          <w:p>
            <w:r>
              <w:t>plan</w:t>
            </w:r>
          </w:p>
        </w:tc>
      </w:tr>
      <w:tr>
        <w:tc>
          <w:tcPr>
            <w:tcW w:type="dxa" w:w="1728"/>
          </w:tcPr>
          <w:p>
            <w:r>
              <w:t>1</w:t>
            </w:r>
          </w:p>
        </w:tc>
        <w:tc>
          <w:tcPr>
            <w:tcW w:type="dxa" w:w="1728"/>
          </w:tcPr>
          <w:p>
            <w:r>
              <w:t>Chloé</w:t>
            </w:r>
          </w:p>
        </w:tc>
        <w:tc>
          <w:tcPr>
            <w:tcW w:type="dxa" w:w="1728"/>
          </w:tcPr>
          <w:p>
            <w:r>
              <w:t>Schäfer</w:t>
            </w:r>
          </w:p>
        </w:tc>
        <w:tc>
          <w:tcPr>
            <w:tcW w:type="dxa" w:w="1728"/>
          </w:tcPr>
          <w:p>
            <w:r>
              <w:t>Reykjavík</w:t>
            </w:r>
          </w:p>
        </w:tc>
        <w:tc>
          <w:tcPr>
            <w:tcW w:type="dxa" w:w="1728"/>
          </w:tcPr>
          <w:p>
            <w:r>
              <w:t>pro</w:t>
            </w:r>
          </w:p>
        </w:tc>
      </w:tr>
      <w:tr>
        <w:tc>
          <w:tcPr>
            <w:tcW w:type="dxa" w:w="1728"/>
          </w:tcPr>
          <w:p>
            <w:r>
              <w:t>2</w:t>
            </w:r>
          </w:p>
        </w:tc>
        <w:tc>
          <w:tcPr>
            <w:tcW w:type="dxa" w:w="1728"/>
          </w:tcPr>
          <w:p>
            <w:r>
              <w:t>Søren</w:t>
            </w:r>
          </w:p>
        </w:tc>
        <w:tc>
          <w:tcPr>
            <w:tcW w:type="dxa" w:w="1728"/>
          </w:tcPr>
          <w:p>
            <w:r>
              <w:t>Nakamura</w:t>
            </w:r>
          </w:p>
        </w:tc>
        <w:tc>
          <w:tcPr>
            <w:tcW w:type="dxa" w:w="1728"/>
          </w:tcPr>
          <w:p>
            <w:r>
              <w:t>Zürich</w:t>
            </w:r>
          </w:p>
        </w:tc>
        <w:tc>
          <w:tcPr>
            <w:tcW w:type="dxa" w:w="1728"/>
          </w:tcPr>
          <w:p>
            <w:r>
              <w:t>free</w:t>
            </w:r>
          </w:p>
        </w:tc>
      </w:tr>
      <w:tr>
        <w:tc>
          <w:tcPr>
            <w:tcW w:type="dxa" w:w="1728"/>
          </w:tcPr>
          <w:p>
            <w:r>
              <w:t>3</w:t>
            </w:r>
          </w:p>
        </w:tc>
        <w:tc>
          <w:tcPr>
            <w:tcW w:type="dxa" w:w="1728"/>
          </w:tcPr>
          <w:p>
            <w:r>
              <w:t>Jürgen</w:t>
            </w:r>
          </w:p>
        </w:tc>
        <w:tc>
          <w:tcPr>
            <w:tcW w:type="dxa" w:w="1728"/>
          </w:tcPr>
          <w:p>
            <w:r>
              <w:t>Rossi</w:t>
            </w:r>
          </w:p>
        </w:tc>
        <w:tc>
          <w:tcPr>
            <w:tcW w:type="dxa" w:w="1728"/>
          </w:tcPr>
          <w:p>
            <w:r>
              <w:t>Zürich</w:t>
            </w:r>
          </w:p>
        </w:tc>
        <w:tc>
          <w:tcPr>
            <w:tcW w:type="dxa" w:w="1728"/>
          </w:tcPr>
          <w:p>
            <w:r>
              <w:t>team</w:t>
            </w:r>
          </w:p>
        </w:tc>
      </w:tr>
      <w:tr>
        <w:tc>
          <w:tcPr>
            <w:tcW w:type="dxa" w:w="1728"/>
          </w:tcPr>
          <w:p>
            <w:r>
              <w:t>4</w:t>
            </w:r>
          </w:p>
        </w:tc>
        <w:tc>
          <w:tcPr>
            <w:tcW w:type="dxa" w:w="1728"/>
          </w:tcPr>
          <w:p>
            <w:r>
              <w:t>Liam</w:t>
            </w:r>
          </w:p>
        </w:tc>
        <w:tc>
          <w:tcPr>
            <w:tcW w:type="dxa" w:w="1728"/>
          </w:tcPr>
          <w:p>
            <w:r>
              <w:t>Dubois</w:t>
            </w:r>
          </w:p>
        </w:tc>
        <w:tc>
          <w:tcPr>
            <w:tcW w:type="dxa" w:w="1728"/>
          </w:tcPr>
          <w:p>
            <w:r>
              <w:t>Porto</w:t>
            </w:r>
          </w:p>
        </w:tc>
        <w:tc>
          <w:tcPr>
            <w:tcW w:type="dxa" w:w="1728"/>
          </w:tcPr>
          <w:p>
            <w:r>
              <w:t>free</w:t>
            </w:r>
          </w:p>
        </w:tc>
      </w:tr>
      <w:tr>
        <w:tc>
          <w:tcPr>
            <w:tcW w:type="dxa" w:w="1728"/>
          </w:tcPr>
          <w:p>
            <w:r>
              <w:t>5</w:t>
            </w:r>
          </w:p>
        </w:tc>
        <w:tc>
          <w:tcPr>
            <w:tcW w:type="dxa" w:w="1728"/>
          </w:tcPr>
          <w:p>
            <w:r>
              <w:t>Liam</w:t>
            </w:r>
          </w:p>
        </w:tc>
        <w:tc>
          <w:tcPr>
            <w:tcW w:type="dxa" w:w="1728"/>
          </w:tcPr>
          <w:p>
            <w:r>
              <w:t>Sørensen</w:t>
            </w:r>
          </w:p>
        </w:tc>
        <w:tc>
          <w:tcPr>
            <w:tcW w:type="dxa" w:w="1728"/>
          </w:tcPr>
          <w:p>
            <w:r>
              <w:t>Cork</w:t>
            </w:r>
          </w:p>
        </w:tc>
        <w:tc>
          <w:tcPr>
            <w:tcW w:type="dxa" w:w="1728"/>
          </w:tcPr>
          <w:p>
            <w:r>
              <w:t>pro</w:t>
            </w:r>
          </w:p>
        </w:tc>
      </w:tr>
      <w:tr>
        <w:tc>
          <w:tcPr>
            <w:tcW w:type="dxa" w:w="1728"/>
          </w:tcPr>
          <w:p>
            <w:r>
              <w:t>6</w:t>
            </w:r>
          </w:p>
        </w:tc>
        <w:tc>
          <w:tcPr>
            <w:tcW w:type="dxa" w:w="1728"/>
          </w:tcPr>
          <w:p>
            <w:r>
              <w:t>Hiroshi</w:t>
            </w:r>
          </w:p>
        </w:tc>
        <w:tc>
          <w:tcPr>
            <w:tcW w:type="dxa" w:w="1728"/>
          </w:tcPr>
          <w:p>
            <w:r>
              <w:t>Østergaard</w:t>
            </w:r>
          </w:p>
        </w:tc>
        <w:tc>
          <w:tcPr>
            <w:tcW w:type="dxa" w:w="1728"/>
          </w:tcPr>
          <w:p>
            <w:r>
              <w:t>Tromsø</w:t>
            </w:r>
          </w:p>
        </w:tc>
        <w:tc>
          <w:tcPr>
            <w:tcW w:type="dxa" w:w="1728"/>
          </w:tcPr>
          <w:p>
            <w:r>
              <w:t>pro</w:t>
            </w:r>
          </w:p>
        </w:tc>
      </w:tr>
      <w:tr>
        <w:tc>
          <w:tcPr>
            <w:tcW w:type="dxa" w:w="1728"/>
          </w:tcPr>
          <w:p>
            <w:r>
              <w:t>7</w:t>
            </w:r>
          </w:p>
        </w:tc>
        <w:tc>
          <w:tcPr>
            <w:tcW w:type="dxa" w:w="1728"/>
          </w:tcPr>
          <w:p>
            <w:r>
              <w:t>Zoë</w:t>
            </w:r>
          </w:p>
        </w:tc>
        <w:tc>
          <w:tcPr>
            <w:tcW w:type="dxa" w:w="1728"/>
          </w:tcPr>
          <w:p>
            <w:r>
              <w:t>Rossi</w:t>
            </w:r>
          </w:p>
        </w:tc>
        <w:tc>
          <w:tcPr>
            <w:tcW w:type="dxa" w:w="1728"/>
          </w:tcPr>
          <w:p>
            <w:r>
              <w:t>Montréal</w:t>
            </w:r>
          </w:p>
        </w:tc>
        <w:tc>
          <w:tcPr>
            <w:tcW w:type="dxa" w:w="1728"/>
          </w:tcPr>
          <w:p>
            <w:r>
              <w:t>team</w:t>
            </w:r>
          </w:p>
        </w:tc>
      </w:tr>
      <w:tr>
        <w:tc>
          <w:tcPr>
            <w:tcW w:type="dxa" w:w="1728"/>
          </w:tcPr>
          <w:p>
            <w:r>
              <w:t>8</w:t>
            </w:r>
          </w:p>
        </w:tc>
        <w:tc>
          <w:tcPr>
            <w:tcW w:type="dxa" w:w="1728"/>
          </w:tcPr>
          <w:p>
            <w:r>
              <w:t>Björn</w:t>
            </w:r>
          </w:p>
        </w:tc>
        <w:tc>
          <w:tcPr>
            <w:tcW w:type="dxa" w:w="1728"/>
          </w:tcPr>
          <w:p>
            <w:r>
              <w:t>Johansson</w:t>
            </w:r>
          </w:p>
        </w:tc>
        <w:tc>
          <w:tcPr>
            <w:tcW w:type="dxa" w:w="1728"/>
          </w:tcPr>
          <w:p>
            <w:r>
              <w:t>Malmö</w:t>
            </w:r>
          </w:p>
        </w:tc>
        <w:tc>
          <w:tcPr>
            <w:tcW w:type="dxa" w:w="1728"/>
          </w:tcPr>
          <w:p>
            <w:r>
              <w:t>free</w:t>
            </w:r>
          </w:p>
        </w:tc>
      </w:tr>
      <w:tr>
        <w:tc>
          <w:tcPr>
            <w:tcW w:type="dxa" w:w="1728"/>
          </w:tcPr>
          <w:p>
            <w:r>
              <w:t>9</w:t>
            </w:r>
          </w:p>
        </w:tc>
        <w:tc>
          <w:tcPr>
            <w:tcW w:type="dxa" w:w="1728"/>
          </w:tcPr>
          <w:p>
            <w:r>
              <w:t>Jürgen</w:t>
            </w:r>
          </w:p>
        </w:tc>
        <w:tc>
          <w:tcPr>
            <w:tcW w:type="dxa" w:w="1728"/>
          </w:tcPr>
          <w:p>
            <w:r>
              <w:t>Novák</w:t>
            </w:r>
          </w:p>
        </w:tc>
        <w:tc>
          <w:tcPr>
            <w:tcW w:type="dxa" w:w="1728"/>
          </w:tcPr>
          <w:p>
            <w:r>
              <w:t>Lyon</w:t>
            </w:r>
          </w:p>
        </w:tc>
        <w:tc>
          <w:tcPr>
            <w:tcW w:type="dxa" w:w="1728"/>
          </w:tcPr>
          <w:p>
            <w:r>
              <w:t>free</w:t>
            </w:r>
          </w:p>
        </w:tc>
      </w:tr>
      <w:tr>
        <w:tc>
          <w:tcPr>
            <w:tcW w:type="dxa" w:w="1728"/>
          </w:tcPr>
          <w:p>
            <w:r>
              <w:t>10</w:t>
            </w:r>
          </w:p>
        </w:tc>
        <w:tc>
          <w:tcPr>
            <w:tcW w:type="dxa" w:w="1728"/>
          </w:tcPr>
          <w:p>
            <w:r>
              <w:t>Hiroshi</w:t>
            </w:r>
          </w:p>
        </w:tc>
        <w:tc>
          <w:tcPr>
            <w:tcW w:type="dxa" w:w="1728"/>
          </w:tcPr>
          <w:p>
            <w:r>
              <w:t>García</w:t>
            </w:r>
          </w:p>
        </w:tc>
        <w:tc>
          <w:tcPr>
            <w:tcW w:type="dxa" w:w="1728"/>
          </w:tcPr>
          <w:p>
            <w:r>
              <w:t>Málaga</w:t>
            </w:r>
          </w:p>
        </w:tc>
        <w:tc>
          <w:tcPr>
            <w:tcW w:type="dxa" w:w="1728"/>
          </w:tcPr>
          <w:p>
            <w:r>
              <w:t>free</w:t>
            </w:r>
          </w:p>
        </w:tc>
      </w:tr>
    </w:tbl>
    <w:p>
      <w:pPr>
        <w:pStyle w:val="Heading1"/>
      </w:pPr>
      <w:r>
        <w:t>Image</w:t>
      </w:r>
    </w:p>
    <w:p>
      <w:r>
        <w:drawing>
          <wp:inline xmlns:a="http://schemas.openxmlformats.org/drawingml/2006/main" xmlns:pic="http://schemas.openxmlformats.org/drawingml/2006/picture">
            <wp:extent cx="3657600" cy="27432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657600" cy="2743200"/>
                    </a:xfrm>
                    <a:prstGeom prst="rect"/>
                  </pic:spPr>
                </pic:pic>
              </a:graphicData>
            </a:graphic>
          </wp:inline>
        </w:drawing>
      </w:r>
    </w:p>
    <w:p>
      <w:r>
        <w:br w:type="page"/>
      </w:r>
    </w:p>
    <w:p>
      <w:pPr>
        <w:pStyle w:val="Heading1"/>
      </w:pPr>
      <w:r>
        <w:t>Second page</w:t>
      </w:r>
    </w:p>
    <w:p>
      <w: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DOCX</dc:title>
  <dc:subject/>
  <dc:creator>files.placeholder.com</dc:creator>
  <cp:keywords/>
  <dc:description>Dummy file from files.placeholder.com</dc:description>
  <cp:lastModifiedBy>files.placeholder.com</cp:lastModifiedBy>
  <cp:revision>1</cp:revision>
  <dcterms:created xsi:type="dcterms:W3CDTF">2026-01-01T00:00:00Z</dcterms:created>
  <dcterms:modified xsi:type="dcterms:W3CDTF">2026-01-01T00:00:00Z</dcterms:modified>
  <cp:category/>
  <cp:lastPrinted>2026-01-01T00:00:00Z</cp:lastPrinted>
</cp:coreProperties>
</file>